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0조 공감활동지</w:t>
      </w:r>
    </w:p>
    <w:p>
      <w:r>
        <w:t>강사용 가상 예시  |  AI 설명을 자기 말로 확인하는 학습자</w:t>
      </w:r>
    </w:p>
    <w:p>
      <w:r>
        <w:t>이 자료는 PartyRock 공통 실습을 위해 만든 가상의 팀 활동지입니다. 학생의 발언·행동·감정은 모두 설계용 가정이며, 실제 학생 조사나 연구 결과가 아닙니다. 실제 학생·학교·조원의 개인정보는 포함하지 않습니다.</w:t>
      </w:r>
    </w:p>
    <w:p>
      <w:r>
        <w:t>팀명  0조 배움확인팀     작성일  2026년 10월 17일     버전  1.0</w:t>
      </w:r>
    </w:p>
    <w:p>
      <w:pPr>
        <w:pStyle w:val="Heading1"/>
      </w:pPr>
      <w:r>
        <w:t>C1 개별 자료 비교와 탐색할 장면</w:t>
      </w:r>
    </w:p>
    <w:p>
      <w:r>
        <w:t>프로젝트 목표: 고등학교 「교육의 이해」 수업에서 자신의 이해 상태를 점검하고, 필요한 도움을 요청하는 AI 융합 활동을 설계한다.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7654"/>
        <w:gridCol w:w="1304"/>
      </w:tblGrid>
      <w:tr>
        <w:trPr>
          <w:cantSplit/>
          <w:tblHeader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자료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관심을 가진 가상 장면</w:t>
            </w:r>
          </w:p>
        </w:tc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근거 상태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L1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AI가 설명한 개념을 읽을 때는 고개를 끄덕이지만, 화면을 닫고 설명하려면 첫 문장을 시작하지 못한다.</w:t>
            </w:r>
          </w:p>
        </w:tc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L2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AI의 긴 답변에서 중요한 문장을 복사하지만, 왜 중요한지 묻자 같은 문장을 다시 읽는다.</w:t>
            </w:r>
          </w:p>
        </w:tc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L3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친숙한 예시는 이해하지만, 다른 상황에 적용하는 질문을 받으면 어디서 시작할지 망설인다.</w:t>
            </w:r>
          </w:p>
        </w:tc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L4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친구 앞에서 틀릴까 봐 설명을 피하지만, 혼자 짧게 연습할 기회가 있다면 시도해보고 싶어 한다.</w:t>
            </w:r>
          </w:p>
        </w:tc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L5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정답을 바로 보여주는 도움보다, 자신이 말한 설명에서 빠진 부분을 알려주는 도움을 원할 수 있다.</w:t>
            </w:r>
          </w:p>
        </w:tc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</w:r>
          </w:p>
        </w:tc>
      </w:tr>
    </w:tbl>
    <w:p/>
    <w:p>
      <w:r>
        <w:t>공통점과 차이: L1~L3은 이해를 확인하는 어려움, L4는 설명하는 상황의 부담, L5는 도움 방식에 대한 가정이다. 서로 다른 후보 장면이며 한 학생의 실제 이력으로 합치지 않는다.</w:t>
      </w:r>
    </w:p>
    <w:p>
      <w:r>
        <w:t>선택한 초점: L1의 장면을 대표 상황으로 삼는다. AI 설명을 읽은 직후, 자기 말로 핵심을 설명하려다 막히는 고등학생의 필요를 탐색한다.</w:t>
      </w:r>
    </w:p>
    <w:p>
      <w:pPr>
        <w:pStyle w:val="Heading1"/>
      </w:pPr>
      <w:r>
        <w:t>C2 질문 만들기와 실제 근거 조사</w:t>
      </w:r>
    </w:p>
    <w:p>
      <w:r>
        <w:t>조사 질문: 설명을 읽을 때 이해했다고 느끼는 기준은 무엇인가? 화면 없이 말하려 할 때 어느 부분에서 막히는가? 어떤 도움을 받으면 다시 설명해볼 수 있는가?</w:t>
      </w:r>
    </w:p>
    <w:p>
      <w:r>
        <w:t>R1 실제 자료: 미수집. 학생 면담·관찰·논문 검토를 수행하지 않았다. 추후 학생의 동의를 받아 처음 설명과 도움을 받은 뒤의 설명을 비교할 계획이다. AI 역할극 응답은 실제 조사 근거로 기록하지 않는다.</w:t>
      </w:r>
    </w:p>
    <w:p>
      <w:r>
        <w:br w:type="page"/>
      </w:r>
    </w:p>
    <w:p>
      <w:pPr>
        <w:pStyle w:val="Heading1"/>
      </w:pPr>
      <w:r>
        <w:t>C3 경험과 필요를 정리하는 공감맵</w:t>
      </w:r>
    </w:p>
    <w:p>
      <w:r>
        <w:t>대표 학습자상: 설명을 읽고 이해했다고 느끼지만 자기 말로 설명하기는 어려운 고등학생. 이름·성별·성적·학교는 설정하지 않는다. 아래는 L1을 중심으로 구성한 한 명의 가상 학습자이며 모두 검증 전이다.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6633"/>
        <w:gridCol w:w="1531"/>
      </w:tblGrid>
      <w:tr>
        <w:trPr>
          <w:cantSplit/>
          <w:tblHeader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살펴볼 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우리 팀의 기록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근거와 상태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경험과 행동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교육학 개념에 대한 AI 설명을 읽는다. 이해했다고 생각하지만 화면을 닫고 핵심을 설명하려니 처음 문장을 시작하지 못한다. 다시 AI 답변을 열어 문장을 따라 읽으려 한다.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  <w:br/>
              <w:t>L1 중심, C3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예상 발언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“읽을 때는 알겠는데, 제가 설명하려니까 무슨 말부터 해야 할지 모르겠어요.” 실제 발언을 수집한 것이 아니라 역할극용으로 구성한 문장이다.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  <w:br/>
              <w:t>L1, C3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생각과 감정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읽으면서 익숙하게 느끼는 것과 스스로 설명할 수 있는 것을 구별하기 어렵다. 곧바로 정답과 비교하거나 평가받는 상황은 부담스러울 수 있다.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  <w:br/>
              <w:t>L1 및 팀 해석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어려움과 바람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자신이 어디까지 이해했는지 알기 어렵다. 짧게 설명해볼 기회와, 자신의 설명에서 출발하는 한 번에 하나의 질문이 필요할 수 있다.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  <w:br/>
              <w:t>L1, L5에서 착안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예외와 다른 가능성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말로 표현하기 어려워도 이해했을 수 있다. 글·간단한 그림·예시 등 다른 표현 방법이 더 편할 수 있다. 모든 학생이 힌트 방식의 도움을 선호한다고 단정하지 않는다.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가정</w:t>
              <w:br/>
              <w:t>추가 확인 필요</w:t>
            </w:r>
          </w:p>
        </w:tc>
      </w:tr>
    </w:tbl>
    <w:p/>
    <w:p>
      <w:pPr>
        <w:pStyle w:val="Heading1"/>
      </w:pPr>
      <w:r>
        <w:t>C4 처음 생각과 지금의 이해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5783"/>
        <w:gridCol w:w="1531"/>
      </w:tblGrid>
      <w:tr>
        <w:trPr>
          <w:cantSplit/>
          <w:tblHeader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처음 생각</w:t>
            </w:r>
          </w:p>
        </w:tc>
        <w:tc>
          <w:tcPr>
            <w:tcW w:type="dxa" w:w="57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수정한 판단과 이유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근거 상태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AI가 더 쉽게 설명하면 이해 문제가 해결될 것이다.</w:t>
            </w:r>
          </w:p>
        </w:tc>
        <w:tc>
          <w:tcPr>
            <w:tcW w:type="dxa" w:w="57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설명을 받는 것만으로는 자기 이해를 확인하기 어렵다. 학습자가 먼저 표현하고, 막힌 지점을 확인하는 기회가 필요하다고 본다.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팀의 설계 해석</w:t>
              <w:br/>
              <w:t>실제 효과 미확인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설명을 못하면 개념을 이해하지 못한 것이다.</w:t>
            </w:r>
          </w:p>
        </w:tc>
        <w:tc>
          <w:tcPr>
            <w:tcW w:type="dxa" w:w="57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표현의 부담이나 방식도 영향을 줄 수 있다. 말하기 한 가지로 이해 여부를 확정하지 않고, 글이나 예시로도 확인할 필요가 있다.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팀의 설계 해석</w:t>
              <w:br/>
              <w:t>원인 미확인</w:t>
            </w:r>
          </w:p>
        </w:tc>
      </w:tr>
    </w:tbl>
    <w:p/>
    <w:p>
      <w:pPr>
        <w:pStyle w:val="Heading2"/>
      </w:pPr>
      <w:r>
        <w:t>C4 핵심 필요 한 문장</w:t>
      </w:r>
    </w:p>
    <w:p>
      <w:r>
        <w:t>AI 설명을 읽은 뒤 자기 말로 설명하려다 막히는 고등학생에게는, 평가 부담이 적은 방식으로 먼저 표현하고 자신의 설명에 맞는 짧은 되묻기나 힌트를 받아 다시 설명해볼 기회가 필요하다. (설계용 가정, L1·C3·C4)</w:t>
      </w:r>
    </w:p>
    <w:p>
      <w:r>
        <w:t>아직 확인할 점: 표현의 어려움과 개념 이해의 어려움을 어떻게 구별할지, 힌트가 실제로 도움이 되는지, 어떤 표현 방식이 편한지는 실제 학습자에게 확인해야 한다.</w:t>
      </w:r>
    </w:p>
    <w:p>
      <w:r>
        <w:br w:type="page"/>
      </w:r>
    </w:p>
    <w:p>
      <w:pPr>
        <w:pStyle w:val="Heading1"/>
      </w:pPr>
      <w:r>
        <w:t>C5 교육학의 쓸모와 잠정 문제정의</w:t>
      </w:r>
    </w:p>
    <w:p>
      <w:r>
        <w:t>잠정 문제정의: AI 답변을 읽는 것에 머무르는 학습자가 자신의 이해를 표현하고, 받은 도움을 바탕으로 설명을 수정하도록 어떻게 지원할 수 있을까?</w:t>
      </w:r>
    </w:p>
    <w:p>
      <w:r>
        <w:t>연결할 교육학 내용: 자기주도적 학습, 학습 과정의 자기 점검, 질문과 피드백을 통한 학습. 강사용 설계 후보이며 교과서 원문·쪽수·성취기준은 별도로 확인하지 않았다.</w:t>
      </w:r>
    </w:p>
    <w:p>
      <w:pPr>
        <w:pStyle w:val="Heading2"/>
      </w:pPr>
      <w:r>
        <w:t>가상 수업 시나리오</w:t>
      </w:r>
    </w:p>
    <w:p>
      <w:r>
        <w:t>출발 장면: 「교육의 이해」 시간에 ‘학습동기’에 관한 AI 설명을 읽는다. 학습자는 답변을 이해했다고 느끼지만, 화면 없이 친구에게 설명하려 하자 막힌다. 이 장면은 역할극을 위한 가정이다.</w:t>
      </w:r>
    </w:p>
    <w:p>
      <w:r>
        <w:t>활동 과정: 학습자가 자기 말로 두 문장을 먼저 쓴다. 도우미는 그 설명을 바탕으로 확인 질문 하나를 제시한다. 학습자는 답하거나 힌트를 요청한 뒤 설명을 다시 쓴다. 필요하면 일상 예시로 바꾸어 표현한다.</w:t>
      </w:r>
    </w:p>
    <w:p>
      <w:r>
        <w:t>판단과 실천: 처음 설명과 수정한 설명을 비교하고, 무엇이 달라졌는지와 아직 모르는 부분을 스스로 표시한다. AI가 잘했다고 말한 사실만으로 학습 성공을 판단하지 않는다.</w:t>
      </w:r>
    </w:p>
    <w:p>
      <w:pPr>
        <w:pStyle w:val="Heading2"/>
      </w:pPr>
      <w:r>
        <w:t>배움을 확인할 자료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rPr>
          <w:cantSplit/>
          <w:tblHeader/>
        </w:trPr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남길 자료</w:t>
            </w:r>
          </w:p>
        </w:tc>
        <w:tc>
          <w:tcPr>
            <w:tcW w:type="dxa" w:w="66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EF2"/>
          </w:tcPr>
          <w:p>
            <w:pPr>
              <w:spacing w:after="40"/>
            </w:pPr>
            <w:r>
              <w:rPr>
                <w:b/>
                <w:sz w:val="20"/>
              </w:rPr>
              <w:t>살펴볼 점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처음 쓴 설명과 수정한 설명</w:t>
            </w:r>
          </w:p>
        </w:tc>
        <w:tc>
          <w:tcPr>
            <w:tcW w:type="dxa" w:w="66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핵심 개념이 어떻게 달라졌는지, 새로 추가한 내용은 무엇인지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선택한 힌트와 선택 이유</w:t>
            </w:r>
          </w:p>
        </w:tc>
        <w:tc>
          <w:tcPr>
            <w:tcW w:type="dxa" w:w="66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어떤 부분에서 도움이 필요했고 왜 그 도움을 선택했는지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새로운 상황에 적용한 예시</w:t>
            </w:r>
          </w:p>
        </w:tc>
        <w:tc>
          <w:tcPr>
            <w:tcW w:type="dxa" w:w="66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설명을 다른 맥락에 연결할 수 있는지, 어디까지 가능한지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남은 궁금증</w:t>
            </w:r>
          </w:p>
        </w:tc>
        <w:tc>
          <w:tcPr>
            <w:tcW w:type="dxa" w:w="66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아직 설명하기 어려운 점을 구체적으로 표현하는지</w:t>
            </w:r>
          </w:p>
        </w:tc>
      </w:tr>
    </w:tbl>
    <w:p/>
    <w:p>
      <w:pPr>
        <w:pStyle w:val="Heading2"/>
      </w:pPr>
      <w:r>
        <w:t>잠정 서비스 아이디어</w:t>
      </w:r>
    </w:p>
    <w:p>
      <w:r>
        <w:t>서비스 이름: 내 말로 설명하기 연습실</w:t>
      </w:r>
    </w:p>
    <w:p>
      <w:r>
        <w:t>사용자가 배우는 개념과 자신의 설명을 입력하면, AI가 확인 질문 하나를 제시하고 요청할 때 짧은 힌트를 제공한다. 사용자는 설명을 다시 써보고 수정 이유를 기록한다. 정답 판정과 학습 효과 측정은 이번 시제품의 범위에 포함하지 않는다.</w:t>
      </w:r>
    </w:p>
    <w:p>
      <w:r>
        <w:t>가상 학생에게 제안할 예시: “네가 이해한 내용을 먼저 두 문장으로 적으면, 바로 정답을 보여주기보다 질문 하나나 짧은 힌트를 주는 연습실을 만들려고 해. 이런 방식으로 공부해보는 건 어떨까?”</w:t>
      </w:r>
    </w:p>
    <w:p>
      <w:r>
        <w:t>미확인 사항: 이 활동을 실제로 운영하지 않았으며 학생 반응과 효과 자료는 없다. 위 시나리오의 실천은 향후 활동 제안이고, 가상 학생이 이미 경험한 일은 아니다.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Apple SD Gothic Neo" w:hAnsi="Apple SD Gothic Neo" w:eastAsia="Apple SD Gothic Neo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pple SD Gothic Neo" w:hAnsi="Apple SD Gothic Neo" w:eastAsia="Apple SD Gothic Neo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ple SD Gothic Neo" w:hAnsi="Apple SD Gothic Neo" w:eastAsia="Apple SD Gothic Neo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pple SD Gothic Neo" w:hAnsi="Apple SD Gothic Neo" w:eastAsia="Apple SD Gothic Neo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0조 공감활동지 강사용 가상 예시</dc:title>
  <dc:subject>AI 설명을 자기 말로 확인하는 학습자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